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וסוגה בטקסט משכנע – שבוע אחד בלי חד־פעמי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הטקסט המשכנע (פתיחה, טענה נגדית, סיכום)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טענה נגדית ולמה מביאים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פסקה משכנעת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מביאה טענה נגדית ועונה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מאמר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לשכנע את הקוראים לצמצם שימוש בחד-פעמי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טענה שמביעה דעה מנוגדת לכותב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כדי לחזק את הטיעון ולהראות שחשבו על כל הצדדים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נושא הטקסט המרכזי.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מאמר דעה טוב מתייחס גם לטענות נגדיות ועונה עליהן.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הכותבת מחזקת את הטיעון 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לכל סוגה מבנה ומטרה שונים.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מאמר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נגדית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חד-פעמי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הוכחות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חלקי הטקסט המשכנע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(מציגה את נושא הטקסט ומושכת 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(מתמודדת עם קושי שהקוראים עשויים לחשוב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(ממחישה את הרעיון בעזרת מקרה מהחיים)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(מחזק את המסר ומסיים את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(מבקשת מהקוראים לנסות את הרעיון בעצמם)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פסקה משכנעת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דעה או רעיון להציג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פתיחה שמציגה את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להביא טענות ודוגמאות התומכות בדעה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להתייחס לטענה נגדית ולענות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לסכם ולבקש מהקוראים לפעול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מציג טענה נגדית סבירה (למשל קושי או עלות) ועונה עליה בצורה הגיונית.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משפט פתיחה מעניין, הצגת נושא ברורה והבעת דעה.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בין דעה תומכת לדעה מנוגדת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שהטענה הנגדית מחזקת את האמינות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קצר שמבקש פעולה מהקורא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המלא בכיתה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לדגום יחד דוגמה אחת של טענה נגדית ותשובה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וסוגה בטקסט משכנע – שבוע אחד בלי חד־פעמי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נתרגל להבין טקסט שמנסה לשכנע אותנו לא להשתמש בכלים חד-פעמיים, ולראות איך הוא בנוי.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מאמר 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שבו הכותב מנסה לשכנע אותנו בדעה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שמביע דעה או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 נגדית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טענה שמביעה דעה הפוכה מדעת הכותב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שכנוע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לגרום למישהו להסכים לדעה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חד-פעמי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פריט שמשתמשים בו פעם אחת וזורקים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הטקסט, למשל מאמר דעה או 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שבו בנוי הטקסט - פתיחה, גוף, סיום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קריאה לפעולה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שמבקש מהקוראים לעשות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הכותבת בפסקה 'יש מי שיגידו'?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מסכמת את כל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מביאה טענה נגדית ועונה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מביאה רשימת מצרכים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מספרת סיפור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מאמר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הכותבת כתבה את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לשעשע את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לתאר אירוע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לשכנע את הקוראים לצמצם שימוש בחד-פעמי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ללמד כללי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טענה נגדית?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שתומכת ברעיון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 שמביעה דעה מנוגדת לכותב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אישי של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טוב להביא טענה נגדית?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לבלבל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להאריך את הטקסט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לחזק את הטיעון ולהראות שחשבו על כל הצדדים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לסיים את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עוסק בהצעה לנסות שבוע בלי שימוש בפריטים חד-פעמיים.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מאמר דעה תמיד מביא רק טענות התומכות בדעת הכותב, בלי טענות נגדיות.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 'יש מי שיגידו' נועדה להתמודד עם קושי שהקוראים עשויים לחשוב עליו.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בדיוני ומאמר דעה הם בדיוק אותה סוגה.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טקסט שמטרתו לשכנע את הקוראים בדעה מסוימת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טענה המביעה דעה הפוכה מדעת הכותב נקראת טענה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פריט שמשתמשים בו פעם אחת וזורקים אותו נקרא פריט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לשכנע קוראים כדאי להביא דוגמאות ו__________ לטענות.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חלקי הטקסט המשכנע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ממחישה את הרעיון בעזרת מקרה מהחיים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טענה נגדית ותשובה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מציגה את נושא הטקסט ומושכת תשומת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דוגמה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מחזק את המסר ומסיים את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מבקשת מהקוראים לנסות את הרעיון בעצמם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קריאה לפעולה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מתמודדת עם קושי שהקוראים עשויים לחשוב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פסקה משכנעת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להביא טענות ודוגמאות התומכות בדעה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לטענה נגדית ולענות עליה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לסכם ולבקש מהקוראים לפעול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דעה או רעיון להציג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פתיחה שמציגה את הנושא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טענה נגדית אפשרית לרעיון של שבוע בלי חד-פעמי, ואחר כך כתבו תשובה משלכם לטענה.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פסקת פתיחה קצרה לטקסט משכנע בנושא שבחרתם, כולל משפט שמושך תשומת לב.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טענה לבין טענה נגדית?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הכותבת הביאה טענה נגדית בטקסט על חד-פעמי?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שיכול לשמש כקריאה לפעולה בסוף טקסט משכנע.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מבנה וסוגה בטקסט משכנע – שבוע אחד בלי חד־פעמי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