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וסוגה בטקסט משכנע – שבוע אחד בלי חד־פעמי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הטקסט המשכנע (פתיחה, טענה נגדית, סיכום)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טענה נגדית ולמה מביאים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פסקה משכנעת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מביאה טענה נגדית ועונה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מאמר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נושא הטקסט המרכזי.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הכותבת מחזקת את הטיעון שלה.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מאמר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חד-פעמי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חלקי הטקסט המשכנע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(מציגה את נושא הטקסט ומושכת 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(מתמודדת עם קושי שהקוראים עשויים לחשוב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(מחזק את המסר ומסיים את 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פסקה משכנעת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דעה או רעיון להציג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פתיחה שמציגה את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להביא טענות ודוגמאות התומכות בדעה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מציג טענה נגדית סבירה (למשל קושי או עלות) ועונה עליה בצורה הגיונית.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ברור בין דעה תומכת לדעה מנוגדת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שהטענה הנגדית מחזקת את האמינות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קצר שמבקש פעולה מהקורא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הטקסט המלא בכיתה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לדגום יחד דוגמה אחת של טענה נגדית ותשובה לפני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וסוגה בטקסט משכנע – שבוע אחד בלי חד־פעמי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נתרגל הבנת נקרא על בסיס הטקסט 'שבוע אחד בלי חד־פעמי – בואו ננסה!', טקסט שמטרתו לשכנע את הקוראים לצמצם שימוש בפריטים חד-פעמיים.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מאמר דעה  ·  חד-פעמי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פותחת הכותבת את הפסקה שמתחילה ב'יש מי שיגידו...'?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מסכמת את כל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מביאה טענה נגדית ועונה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מביאה רשימת מצרכים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הסוגה (סוג הטקסט) של 'שבוע אחד בלי חד־פעמי'?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מאמר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הטקסט עוסק בהצעה לנסות שבוע בלי שימוש בפריטים חד-פעמיים.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הפסקה 'יש מי שיגידו' נועדה להתמודד עם קושי שהקוראים עשויים לחשוב עליו.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טקסט שמטרתו לשכנע את הקוראים בדעה מסוימת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פריט שמשתמשים בו פעם אחת וזורקים אותו נקרא פריט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חלקי הטקסט המשכנע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מתמודדת עם קושי שהקוראים עשויים לחשוב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טענה נגדית ותשובה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מחזק את המסר ומסיים את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מציגה את נושא הטקסט ומושכת תשומת 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בניית פסקה משכנעת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פתיחה שמציגה את הנושא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להביא טענות ודוגמאות התומכות בדעה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דעה או רעיון להציג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טענה נגדית אפשרית לרעיון של שבוע בלי חד-פעמי, ואחר כך כתבו תשובה משלכם לטענה.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טענה לבין טענה נגדית?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הכותבת הביאה טענה נגדית בטקסט על חד-פעמי?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מבנה וסוגה בטקסט משכנע – שבוע אחד בלי חד־פעמי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